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KÜNDIGUNG DES ARBEITSVERHÄLTNISSES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durch den Arbeitnehmer, Arbeitsvertrag nach deutschem Recht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72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Absender (Arbeitnehmer)</w:t>
            </w:r>
          </w:p>
          <w:p>
            <w:r>
              <w:rPr>
                <w:b w:val="0"/>
                <w:i/>
                <w:color w:val="5B6578"/>
                <w:sz w:val="15"/>
              </w:rPr>
              <w:t>Vorname, Name, Anschrift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72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Empfänger (Arbeitgeber)</w:t>
            </w:r>
          </w:p>
          <w:p>
            <w:r>
              <w:rPr>
                <w:b w:val="0"/>
                <w:i/>
                <w:color w:val="5B6578"/>
                <w:sz w:val="15"/>
              </w:rPr>
              <w:t>Firma, Anschrift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Ort, Datum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Personalnummer</w:t>
            </w:r>
          </w:p>
          <w:p>
            <w:r>
              <w:rPr>
                <w:b w:val="0"/>
                <w:i/>
                <w:color w:val="5B6578"/>
                <w:sz w:val="15"/>
              </w:rPr>
              <w:t>falls vorhanden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Kündigung meines Arbeitsverhältnisses</w:t>
      </w:r>
    </w:p>
    <w:p>
      <w:pPr>
        <w:spacing w:before="120"/>
      </w:pPr>
      <w:r>
        <w:rPr>
          <w:b w:val="0"/>
          <w:i w:val="0"/>
          <w:color w:val="122230"/>
          <w:sz w:val="20"/>
        </w:rPr>
        <w:t>Sehr geehrte Damen und Herren,</w:t>
      </w:r>
    </w:p>
    <w:p>
      <w:pPr>
        <w:spacing w:before="120"/>
      </w:pPr>
      <w:r>
        <w:rPr>
          <w:b w:val="0"/>
          <w:i w:val="0"/>
          <w:color w:val="122230"/>
          <w:sz w:val="20"/>
        </w:rPr>
        <w:t>hiermit kündige ich das mit Ihnen bestehende Arbeitsverhältnis ordentlich und fristgerecht zum unten genannten Termin, hilfsweise zum nächstmöglichen Zeitpunkt.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Beendigung zum</w:t>
            </w:r>
          </w:p>
          <w:p>
            <w:r>
              <w:rPr>
                <w:b w:val="0"/>
                <w:i/>
                <w:color w:val="5B6578"/>
                <w:sz w:val="15"/>
              </w:rPr>
              <w:t>Datum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Arbeitsverhältnis seit</w:t>
            </w:r>
          </w:p>
        </w:tc>
        <w:tc>
          <w:tcPr>
            <w:tcW w:w="2654" w:type="dxa"/>
          </w:tcPr>
          <w:p/>
        </w:tc>
      </w:tr>
    </w:tbl>
    <w:p>
      <w:r>
        <w:rPr>
          <w:b w:val="0"/>
          <w:i w:val="0"/>
          <w:color w:val="122230"/>
          <w:sz w:val="18"/>
        </w:rPr>
        <w:t>☐  Bitte bestätigen Sie mir den Erhalt der Kündigung und das Beendigungsdatum schriftlich.</w:t>
      </w:r>
    </w:p>
    <w:p>
      <w:r>
        <w:rPr>
          <w:b w:val="0"/>
          <w:i w:val="0"/>
          <w:color w:val="122230"/>
          <w:sz w:val="18"/>
        </w:rPr>
        <w:t>☐  Bitte gewähren Sie mir meinen restlichen Urlaub bis zum Ende des Arbeitsverhältnisses. Soweit das nicht möglich ist, bitte ich um Abgeltung.</w:t>
      </w:r>
    </w:p>
    <w:p>
      <w:r>
        <w:rPr>
          <w:b w:val="0"/>
          <w:i w:val="0"/>
          <w:color w:val="122230"/>
          <w:sz w:val="18"/>
        </w:rPr>
        <w:t>☐  Bitte senden Sie mir ein Arbeitszeugnis sowie die Arbeitspapiere (letzte Lohnabrechnung, Arbeitsbescheinigung).</w:t>
      </w:r>
    </w:p>
    <w:p>
      <w:pPr>
        <w:spacing w:before="120"/>
      </w:pPr>
      <w:r>
        <w:rPr>
          <w:b w:val="0"/>
          <w:i w:val="0"/>
          <w:color w:val="122230"/>
          <w:sz w:val="20"/>
        </w:rPr>
        <w:t>Mit freundlichen Grüßen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10206"/>
      </w:tblGrid>
      <w:tr>
        <w:trPr>
          <w:trHeight w:val="1120"/>
        </w:trPr>
        <w:tc>
          <w:tcPr>
            <w:tcW w:w="10206" w:type="dxa"/>
            <w:tcBorders>
              <w:bottom w:val="dotted" w:sz="6" w:color="122230"/>
            </w:tcBorders>
          </w:tcPr>
          <w:p/>
        </w:tc>
      </w:tr>
      <w:tr>
        <w:tc>
          <w:tcPr>
            <w:tcW w:w="10206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Eigenhändige Unterschrift (Arbeitnehmer)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Kündigung erhalten am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Unterschrift Arbeitgeber</w:t>
            </w:r>
          </w:p>
        </w:tc>
        <w:tc>
          <w:tcPr>
            <w:tcW w:w="2654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Hinweise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Die Kündigung bedarf der Schriftform; die elektronische Form ist ausgeschlossen (§ 623 BGB). E-Mail, SMS oder Messenger reichen nicht: auf Papier unterschreiben und nachweisbar übergeben.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Gesetzliche Frist: vier Wochen zum Fünfzehnten oder zum Ende eines Kalendermonats (§ 622 Abs. 1 BGB), in einer vereinbarten Probezeit von höchstens sechs Monaten zwei Wochen (§ 622 Abs. 3 BGB). Tarifverträge und der Arbeitsvertrag können abweichen (§ 622 Abs. 4 bis 6 BGB).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Gilt für Arbeitsverträge nach deutschem Recht. Wer von einer polnischen Firma entsandt ist, kündigt nach den Regeln seines polnischen Vertrags.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Stand: 02.11.2026 · Vorlage ohne Gewähr · An Vertrag und Baustelle anpassen.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Kündigung des Arbeitsverhältnisses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