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WYPOWIEDZENIE UMOWY O PRACĘ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przez pracownika, umowa o pracę według prawa niemieckiego (Kündigung)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7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Nadawca (pracownik)</w:t>
            </w:r>
          </w:p>
          <w:p>
            <w:r>
              <w:rPr>
                <w:b w:val="0"/>
                <w:i/>
                <w:color w:val="5B6578"/>
                <w:sz w:val="15"/>
              </w:rPr>
              <w:t>imię, nazwisko, 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7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Odbiorca (pracodawca)</w:t>
            </w:r>
          </w:p>
          <w:p>
            <w:r>
              <w:rPr>
                <w:b w:val="0"/>
                <w:i/>
                <w:color w:val="5B6578"/>
                <w:sz w:val="15"/>
              </w:rPr>
              <w:t>firma, 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Miejscowość, data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Numer pracownika</w:t>
            </w:r>
          </w:p>
          <w:p>
            <w:r>
              <w:rPr>
                <w:b w:val="0"/>
                <w:i/>
                <w:color w:val="5B6578"/>
                <w:sz w:val="15"/>
              </w:rPr>
              <w:t>jeśli jest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Wypowiedzenie mojej umowy o pracę</w:t>
      </w:r>
    </w:p>
    <w:p>
      <w:pPr>
        <w:spacing w:before="120"/>
      </w:pPr>
      <w:r>
        <w:rPr>
          <w:b w:val="0"/>
          <w:i w:val="0"/>
          <w:color w:val="122230"/>
          <w:sz w:val="20"/>
        </w:rPr>
        <w:t>Szanowni Państwo,</w:t>
      </w:r>
    </w:p>
    <w:p>
      <w:pPr>
        <w:spacing w:before="120"/>
      </w:pPr>
      <w:r>
        <w:rPr>
          <w:b w:val="0"/>
          <w:i w:val="0"/>
          <w:color w:val="122230"/>
          <w:sz w:val="20"/>
        </w:rPr>
        <w:t>niniejszym wypowiadam łączącą nas umowę o pracę z zachowaniem okresu wypowiedzenia na niżej podany termin, a jeśli nie jest to możliwe, na najbliższy możliwy termin.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Rozwiązanie z dniem</w:t>
            </w:r>
          </w:p>
          <w:p>
            <w:r>
              <w:rPr>
                <w:b w:val="0"/>
                <w:i/>
                <w:color w:val="5B6578"/>
                <w:sz w:val="15"/>
              </w:rPr>
              <w:t>data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Zatrudniony(-a) od</w:t>
            </w:r>
          </w:p>
        </w:tc>
        <w:tc>
          <w:tcPr>
            <w:tcW w:w="2654" w:type="dxa"/>
          </w:tcPr>
          <w:p/>
        </w:tc>
      </w:tr>
    </w:tbl>
    <w:p>
      <w:r>
        <w:rPr>
          <w:b w:val="0"/>
          <w:i w:val="0"/>
          <w:color w:val="122230"/>
          <w:sz w:val="18"/>
        </w:rPr>
        <w:t>☐  Proszę o pisemne potwierdzenie otrzymania wypowiedzenia i daty rozwiązania umowy.</w:t>
      </w:r>
    </w:p>
    <w:p>
      <w:r>
        <w:rPr>
          <w:b w:val="0"/>
          <w:i w:val="0"/>
          <w:color w:val="122230"/>
          <w:sz w:val="18"/>
        </w:rPr>
        <w:t>☐  Proszę o udzielenie pozostałego urlopu do końca zatrudnienia, a jeśli to niemożliwe, o ekwiwalent za urlop.</w:t>
      </w:r>
    </w:p>
    <w:p>
      <w:r>
        <w:rPr>
          <w:b w:val="0"/>
          <w:i w:val="0"/>
          <w:color w:val="122230"/>
          <w:sz w:val="18"/>
        </w:rPr>
        <w:t>☐  Proszę o świadectwo pracy oraz dokumenty (ostatni pasek wypłaty, zaświadczenie o zatrudnieniu).</w:t>
      </w:r>
    </w:p>
    <w:p>
      <w:pPr>
        <w:spacing w:before="120"/>
      </w:pPr>
      <w:r>
        <w:rPr>
          <w:b w:val="0"/>
          <w:i w:val="0"/>
          <w:color w:val="122230"/>
          <w:sz w:val="20"/>
        </w:rPr>
        <w:t>Z poważaniem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10206"/>
      </w:tblGrid>
      <w:tr>
        <w:trPr>
          <w:trHeight w:val="1120"/>
        </w:trPr>
        <w:tc>
          <w:tcPr>
            <w:tcW w:w="10206" w:type="dxa"/>
            <w:tcBorders>
              <w:bottom w:val="dotted" w:sz="6" w:color="122230"/>
            </w:tcBorders>
          </w:tcPr>
          <w:p/>
        </w:tc>
      </w:tr>
      <w:tr>
        <w:tc>
          <w:tcPr>
            <w:tcW w:w="10206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Własnoręczny podpis (pracownik)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Wypowiedzenie odebrano dnia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Podpis pracodawcy</w:t>
            </w:r>
          </w:p>
        </w:tc>
        <w:tc>
          <w:tcPr>
            <w:tcW w:w="2654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Wypowiedzenie wymaga formy pisemnej, forma elektroniczna jest wykluczona (§ 623 BGB). E-mail, SMS ani komunikator nie wystarczą: podpisz na papierze i przekaż tak, żeby dało się to udowodnić.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Okres ustawowy: cztery tygodnie na 15. dzień albo na koniec miesiąca (§ 622 ust. 1 BGB), w uzgodnionym okresie próbnym do sześciu miesięcy dwa tygodnie (§ 622 ust. 3 BGB). Układ zbiorowy i umowa mogą to zmieniać (§ 622 ust. 4–6 BGB).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Dotyczy umów według prawa niemieckiego. Pracownik delegowany przez polską firmę wypowiada umowę według zasad swojej polskiej umowy.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o pracę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