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color w:val="122230"/>
          <w:sz w:val="32"/>
        </w:rPr>
        <w:t>KÜNDIGUNG DES ARBEITSVERHÄLTNISSES</w:t>
      </w:r>
    </w:p>
    <w:p>
      <w:pPr>
        <w:jc w:val="center"/>
      </w:pPr>
      <w:r>
        <w:rPr>
          <w:b/>
          <w:i w:val="0"/>
          <w:color w:val="5B6578"/>
          <w:sz w:val="20"/>
        </w:rPr>
        <w:t>WYPOWIEDZENIE UMOWY O PRACĘ</w:t>
      </w:r>
    </w:p>
    <w:p>
      <w:pPr>
        <w:spacing w:after="160"/>
        <w:jc w:val="center"/>
      </w:pPr>
      <w:r>
        <w:rPr>
          <w:b w:val="0"/>
          <w:i/>
          <w:color w:val="5B6578"/>
          <w:sz w:val="16"/>
        </w:rPr>
        <w:t>durch den Arbeitnehmer, Arbeitsvertrag nach deutschem Recht / przez pracownika, umowa o pracę według prawa niemieckiego (Kündigung)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72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Absender (Arbeitnehmer)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Nadawca (pracownik)</w:t>
            </w:r>
          </w:p>
          <w:p>
            <w:r>
              <w:rPr>
                <w:b w:val="0"/>
                <w:i/>
                <w:color w:val="5B6578"/>
                <w:sz w:val="15"/>
              </w:rPr>
              <w:t>Vorname, Name, Anschrift / imię, nazwisko, adres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72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Empfänger (Arbeitgeber)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Odbiorca (pracodawca)</w:t>
            </w:r>
          </w:p>
          <w:p>
            <w:r>
              <w:rPr>
                <w:b w:val="0"/>
                <w:i/>
                <w:color w:val="5B6578"/>
                <w:sz w:val="15"/>
              </w:rPr>
              <w:t>Firma, Anschrift / firma, adres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Ort, Datum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Miejscowość, data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Personalnummer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Numer pracownika</w:t>
            </w:r>
          </w:p>
          <w:p>
            <w:r>
              <w:rPr>
                <w:b w:val="0"/>
                <w:i/>
                <w:color w:val="5B6578"/>
                <w:sz w:val="15"/>
              </w:rPr>
              <w:t>falls vorhanden / jeśli jest</w:t>
            </w:r>
          </w:p>
        </w:tc>
        <w:tc>
          <w:tcPr>
            <w:tcW w:w="2654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Kündigung meines Arbeitsverhältnisses</w:t>
      </w:r>
      <w:r>
        <w:rPr>
          <w:b w:val="0"/>
          <w:i w:val="0"/>
          <w:color w:val="5B6578"/>
          <w:sz w:val="18"/>
        </w:rPr>
        <w:t xml:space="preserve">  / Wypowiedzenie mojej umowy o pracę</w:t>
      </w:r>
    </w:p>
    <w:p>
      <w:pPr>
        <w:spacing w:before="120"/>
      </w:pPr>
      <w:r>
        <w:rPr>
          <w:b w:val="0"/>
          <w:i w:val="0"/>
          <w:color w:val="122230"/>
          <w:sz w:val="20"/>
        </w:rPr>
        <w:t>Sehr geehrte Damen und Herren,</w:t>
      </w:r>
    </w:p>
    <w:p>
      <w:r>
        <w:rPr>
          <w:b w:val="0"/>
          <w:i w:val="0"/>
          <w:color w:val="5B6578"/>
          <w:sz w:val="17"/>
        </w:rPr>
        <w:t>Szanowni Państwo,</w:t>
      </w:r>
    </w:p>
    <w:p>
      <w:pPr>
        <w:spacing w:before="120"/>
      </w:pPr>
      <w:r>
        <w:rPr>
          <w:b w:val="0"/>
          <w:i w:val="0"/>
          <w:color w:val="122230"/>
          <w:sz w:val="20"/>
        </w:rPr>
        <w:t>hiermit kündige ich das mit Ihnen bestehende Arbeitsverhältnis ordentlich und fristgerecht zum unten genannten Termin, hilfsweise zum nächstmöglichen Zeitpunkt.</w:t>
      </w:r>
    </w:p>
    <w:p>
      <w:r>
        <w:rPr>
          <w:b w:val="0"/>
          <w:i w:val="0"/>
          <w:color w:val="5B6578"/>
          <w:sz w:val="17"/>
        </w:rPr>
        <w:t>niniejszym wypowiadam łączącą nas umowę o pracę z zachowaniem okresu wypowiedzenia na niżej podany termin, a jeśli nie jest to możliwe, na najbliższy możliwy termin.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Beendigung zum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Rozwiązanie z dniem</w:t>
            </w:r>
          </w:p>
          <w:p>
            <w:r>
              <w:rPr>
                <w:b w:val="0"/>
                <w:i/>
                <w:color w:val="5B6578"/>
                <w:sz w:val="15"/>
              </w:rPr>
              <w:t>Datum / data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Arbeitsverhältnis seit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Zatrudniony(-a) od</w:t>
            </w:r>
          </w:p>
        </w:tc>
        <w:tc>
          <w:tcPr>
            <w:tcW w:w="2654" w:type="dxa"/>
          </w:tcPr>
          <w:p/>
        </w:tc>
      </w:tr>
    </w:tbl>
    <w:p>
      <w:r>
        <w:rPr>
          <w:b w:val="0"/>
          <w:i w:val="0"/>
          <w:color w:val="122230"/>
          <w:sz w:val="18"/>
        </w:rPr>
        <w:t>☐  Bitte bestätigen Sie mir den Erhalt der Kündigung und das Beendigungsdatum schriftlich.</w:t>
      </w:r>
      <w:r>
        <w:rPr>
          <w:b w:val="0"/>
          <w:i w:val="0"/>
          <w:color w:val="5B6578"/>
          <w:sz w:val="15"/>
        </w:rPr>
        <w:br/>
        <w:t xml:space="preserve">     Proszę o pisemne potwierdzenie otrzymania wypowiedzenia i daty rozwiązania umowy.</w:t>
      </w:r>
    </w:p>
    <w:p>
      <w:r>
        <w:rPr>
          <w:b w:val="0"/>
          <w:i w:val="0"/>
          <w:color w:val="122230"/>
          <w:sz w:val="18"/>
        </w:rPr>
        <w:t>☐  Bitte gewähren Sie mir meinen restlichen Urlaub bis zum Ende des Arbeitsverhältnisses. Soweit das nicht möglich ist, bitte ich um Abgeltung.</w:t>
      </w:r>
      <w:r>
        <w:rPr>
          <w:b w:val="0"/>
          <w:i w:val="0"/>
          <w:color w:val="5B6578"/>
          <w:sz w:val="15"/>
        </w:rPr>
        <w:br/>
        <w:t xml:space="preserve">     Proszę o udzielenie pozostałego urlopu do końca zatrudnienia, a jeśli to niemożliwe, o ekwiwalent za urlop.</w:t>
      </w:r>
    </w:p>
    <w:p>
      <w:r>
        <w:rPr>
          <w:b w:val="0"/>
          <w:i w:val="0"/>
          <w:color w:val="122230"/>
          <w:sz w:val="18"/>
        </w:rPr>
        <w:t>☐  Bitte senden Sie mir ein Arbeitszeugnis sowie die Arbeitspapiere (letzte Lohnabrechnung, Arbeitsbescheinigung).</w:t>
      </w:r>
      <w:r>
        <w:rPr>
          <w:b w:val="0"/>
          <w:i w:val="0"/>
          <w:color w:val="5B6578"/>
          <w:sz w:val="15"/>
        </w:rPr>
        <w:br/>
        <w:t xml:space="preserve">     Proszę o świadectwo pracy oraz dokumenty (ostatni pasek wypłaty, zaświadczenie o zatrudnieniu).</w:t>
      </w:r>
    </w:p>
    <w:p>
      <w:pPr>
        <w:spacing w:before="120"/>
      </w:pPr>
      <w:r>
        <w:rPr>
          <w:b w:val="0"/>
          <w:i w:val="0"/>
          <w:color w:val="122230"/>
          <w:sz w:val="20"/>
        </w:rPr>
        <w:t>Mit freundlichen Grüßen</w:t>
      </w:r>
    </w:p>
    <w:p>
      <w:r>
        <w:rPr>
          <w:b w:val="0"/>
          <w:i w:val="0"/>
          <w:color w:val="5B6578"/>
          <w:sz w:val="17"/>
        </w:rPr>
        <w:t>Z poważaniem</w:t>
      </w:r>
    </w:p>
    <w:p>
      <w:pPr>
        <w:spacing w:before="720"/>
      </w:pPr>
    </w:p>
    <w:tbl>
      <w:tblPr>
        <w:tblLook w:firstColumn="1" w:firstRow="1" w:lastColumn="0" w:lastRow="0" w:noHBand="0" w:noVBand="1" w:val="04A0"/>
        <w:tblW w:w="10206" w:type="dxa"/>
        <w:tblLayout w:type="fixed"/>
      </w:tblPr>
      <w:tblGrid>
        <w:gridCol w:w="10206"/>
      </w:tblGrid>
      <w:tr>
        <w:trPr>
          <w:trHeight w:val="1120"/>
        </w:trPr>
        <w:tc>
          <w:tcPr>
            <w:tcW w:w="10206" w:type="dxa"/>
            <w:tcBorders>
              <w:bottom w:val="dotted" w:sz="6" w:color="122230"/>
            </w:tcBorders>
          </w:tcPr>
          <w:p/>
        </w:tc>
      </w:tr>
      <w:tr>
        <w:tc>
          <w:tcPr>
            <w:tcW w:w="10206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Eigenhändige Unterschrift (Arbeitnehmer)</w:t>
            </w:r>
            <w:r>
              <w:rPr>
                <w:b w:val="0"/>
                <w:i w:val="0"/>
                <w:color w:val="5B6578"/>
                <w:sz w:val="15"/>
              </w:rPr>
              <w:br/>
              <w:t>Własnoręczny podpis (pracownik)</w:t>
            </w:r>
          </w:p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Kündigung erhalten am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Wypowiedzenie odebrano dnia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Unterschrift Arbeitgeber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Podpis pracodawcy</w:t>
            </w:r>
          </w:p>
        </w:tc>
        <w:tc>
          <w:tcPr>
            <w:tcW w:w="2654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FB8728"/>
          <w:left w:val="single" w:sz="4" w:color="FB8728"/>
          <w:bottom w:val="single" w:sz="4" w:color="FB8728"/>
          <w:right w:val="single" w:sz="4" w:color="FB8728"/>
          <w:insideH w:val="single" w:sz="4" w:color="FB8728"/>
          <w:insideV w:val="single" w:sz="4" w:color="FB8728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ff6ee"/>
          </w:tcPr>
          <w:p>
            <w:r>
              <w:rPr>
                <w:b/>
                <w:i w:val="0"/>
                <w:color w:val="122230"/>
                <w:sz w:val="17"/>
              </w:rPr>
              <w:t>Hinweise / Wskazówki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Die Kündigung bedarf der Schriftform; die elektronische Form ist ausgeschlossen (§ 623 BGB). E-Mail, SMS oder Messenger reichen nicht: auf Papier unterschreiben und nachweisbar übergeben.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Wypowiedzenie wymaga formy pisemnej, forma elektroniczna jest wykluczona (§ 623 BGB). E-mail, SMS ani komunikator nie wystarczą: podpisz na papierze i przekaż tak, żeby dało się to udowodnić.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Gesetzliche Frist: vier Wochen zum Fünfzehnten oder zum Ende eines Kalendermonats (§ 622 Abs. 1 BGB), in einer vereinbarten Probezeit von höchstens sechs Monaten zwei Wochen (§ 622 Abs. 3 BGB). Tarifverträge und der Arbeitsvertrag können abweichen (§ 622 Abs. 4 bis 6 BGB).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Okres ustawowy: cztery tygodnie na 15. dzień albo na koniec miesiąca (§ 622 ust. 1 BGB), w uzgodnionym okresie próbnym do sześciu miesięcy dwa tygodnie (§ 622 ust. 3 BGB). Układ zbiorowy i umowa mogą to zmieniać (§ 622 ust. 4–6 BGB).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Gilt für Arbeitsverträge nach deutschem Recht. Wer von einer polnischen Firma entsandt ist, kündigt nach den Regeln seines polnischen Vertrags.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Dotyczy umów według prawa niemieckiego. Pracownik delegowany przez polską firmę wypowiada umowę według zasad swojej polskiej umowy.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578"/>
        <w:sz w:val="15"/>
      </w:rPr>
      <w:t>Stand: 02.11.2026 · Vorlage ohne Gewähr · An Vertrag und Baustelle anpassen.</w:t>
      <w:br/>
      <w:t>Stan: 02.11.2026 · Wzór bez gwarancji · Dostosuj do umowy i budowy.</w:t>
    </w:r>
  </w:p>
  <w:p>
    <w:pPr>
      <w:jc w:val="right"/>
    </w:pP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PAGE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  <w:r>
      <w:rPr>
        <w:b w:val="0"/>
        <w:i w:val="0"/>
        <w:color w:val="5B6578"/>
        <w:sz w:val="15"/>
      </w:rPr>
      <w:t>/</w:t>
    </w: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NUMPAGES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36000" cy="259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.logo-v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2592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Kündigung des Arbeitsverhältnisses – BauHub</dc:title>
  <dc:subject/>
  <dc:creator>BauHub (bauhub-pl.de)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