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BAUZEITENPLAN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Vorgänge, Gewerke und Termine auf einen Blick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5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Bauvorhaben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Stand vom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5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Auftraggeber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Erstellt von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Vorgänge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612"/>
        <w:gridCol w:w="3061"/>
        <w:gridCol w:w="1837"/>
        <w:gridCol w:w="1122"/>
        <w:gridCol w:w="918"/>
        <w:gridCol w:w="1122"/>
        <w:gridCol w:w="1534"/>
      </w:tblGrid>
      <w:tr>
        <w:tc>
          <w:tcPr>
            <w:tcW w:w="61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Nr.</w:t>
            </w:r>
          </w:p>
        </w:tc>
        <w:tc>
          <w:tcPr>
            <w:tcW w:w="3061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Vorgang / Leistung</w:t>
            </w:r>
          </w:p>
        </w:tc>
        <w:tc>
          <w:tcPr>
            <w:tcW w:w="1837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Gewerk / Firma</w:t>
            </w:r>
          </w:p>
        </w:tc>
        <w:tc>
          <w:tcPr>
            <w:tcW w:w="112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Start</w:t>
            </w:r>
          </w:p>
        </w:tc>
        <w:tc>
          <w:tcPr>
            <w:tcW w:w="918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Dauer (AT)</w:t>
            </w:r>
          </w:p>
        </w:tc>
        <w:tc>
          <w:tcPr>
            <w:tcW w:w="112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Ende</w:t>
            </w:r>
          </w:p>
        </w:tc>
        <w:tc>
          <w:tcPr>
            <w:tcW w:w="153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Abhängig von Nr.</w:t>
            </w:r>
          </w:p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2.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3.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4.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5.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6.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7.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8.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9.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10.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11.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12.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13.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14.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15.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16.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17.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18.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Meilensteine, Puffer, Liefertermine</w:t>
            </w:r>
          </w:p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Hinweise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Die Excel-Fassung rechnet das Ende in Arbeitstagen und zeichnet Balken je Kalenderwoche. Feiertage sind nicht berücksichtigt.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Den Plan wöchentlich abgleichen und Verschiebungen mit Ursache im Bautagesbericht festhalten.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Stand: 08.11.2026 · Vorlage ohne Gewähr · An Vertrag und Auftrag anpassen.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Bauzeitenplan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