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BAUZEITENPLAN (PLAN TERMINÓW)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zadania, branże i terminy w jednym miejscu (Bauzeitenplan)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5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Budowa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Stan na dzień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5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Zamawiający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Sporządził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Zadania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612"/>
        <w:gridCol w:w="3061"/>
        <w:gridCol w:w="1837"/>
        <w:gridCol w:w="1122"/>
        <w:gridCol w:w="918"/>
        <w:gridCol w:w="1122"/>
        <w:gridCol w:w="1534"/>
      </w:tblGrid>
      <w:tr>
        <w:tc>
          <w:tcPr>
            <w:tcW w:w="61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Nr.</w:t>
            </w:r>
          </w:p>
        </w:tc>
        <w:tc>
          <w:tcPr>
            <w:tcW w:w="3061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Zadanie / robota</w:t>
            </w:r>
          </w:p>
        </w:tc>
        <w:tc>
          <w:tcPr>
            <w:tcW w:w="1837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Branża / firma</w:t>
            </w:r>
          </w:p>
        </w:tc>
        <w:tc>
          <w:tcPr>
            <w:tcW w:w="112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Start</w:t>
            </w:r>
          </w:p>
        </w:tc>
        <w:tc>
          <w:tcPr>
            <w:tcW w:w="918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Dni rob.</w:t>
            </w:r>
          </w:p>
        </w:tc>
        <w:tc>
          <w:tcPr>
            <w:tcW w:w="112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Koniec</w:t>
            </w:r>
          </w:p>
        </w:tc>
        <w:tc>
          <w:tcPr>
            <w:tcW w:w="153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Zależy od nr</w:t>
            </w:r>
          </w:p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2.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3.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4.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5.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6.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7.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8.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9.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10.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11.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12.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13.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14.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15.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16.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17.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18.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Kamienie milowe, zapasy czasu, terminy dostaw</w:t>
            </w:r>
          </w:p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Wersja Excel liczy koniec w dniach roboczych i rysuje paski w tygodniach. Święta nie są uwzględnione.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Porównuj plan co tydzień, a przesunięcia z przyczyną zapisuj w raporcie dziennym (Bautagesbericht).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Bauzeitenplan (plan terminów)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